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İngiltere Ziyaretçi Vizesi: Cover Letter Şablonu</w:t>
      </w:r>
    </w:p>
    <w:p>
      <w:r>
        <w:t>Hazırlayan: vizem.net · Son kontrol: 19 Ekim 2026</w:t>
      </w:r>
    </w:p>
    <w:p>
      <w:r>
        <w:t>Nasıl kullanılır:</w:t>
      </w:r>
    </w:p>
    <w:p>
      <w:pPr>
        <w:pStyle w:val="ListBullet"/>
      </w:pPr>
      <w:r>
        <w:t>Cover letter GOV.UK'de zorunlu belge olarak geçmez. Ülkenizdeki durumunuzu ve İngiltere'de ne yapacağınızı düzenli anlatmak için isteğe bağlı olarak eklenir.</w:t>
      </w:r>
    </w:p>
    <w:p>
      <w:pPr>
        <w:pStyle w:val="ListBullet"/>
      </w:pPr>
      <w:r>
        <w:t>Köşeli parantez içindeki her alanı kendi bilgilerinizle doldurun, parantezleri silin. Size uymayan paragrafları tamamen çıkarın.</w:t>
      </w:r>
    </w:p>
    <w:p>
      <w:pPr>
        <w:pStyle w:val="ListBullet"/>
      </w:pPr>
      <w:r>
        <w:t>Yazdığınız her cümlenin dosyanızda bir belgesi olsun. Başvuru formundaki tarih, tutar ve adreslerle birebir aynı bilgileri kullanın.</w:t>
      </w:r>
    </w:p>
    <w:p>
      <w:pPr>
        <w:pStyle w:val="ListBullet"/>
      </w:pPr>
      <w:r>
        <w:t>Mektubu İngilizce yazın, tarihleyip imzalayın. Bir sayfa çoğu başvuru için yeterlidir.</w:t>
      </w:r>
    </w:p>
    <w:p>
      <w:pPr>
        <w:jc w:val="center"/>
      </w:pPr>
      <w:r>
        <w:t>————————————————————</w:t>
      </w:r>
    </w:p>
    <w:p>
      <w:r>
        <w:t>[Ad Soyad]</w:t>
        <w:br/>
        <w:t>[Adres, Şehir, Türkiye]</w:t>
        <w:br/>
        <w:t>[Telefon] · [E-posta]</w:t>
      </w:r>
    </w:p>
    <w:p>
      <w:r>
        <w:t>[Tarih]</w:t>
      </w:r>
    </w:p>
    <w:p>
      <w:r>
        <w:t>To: UK Visas and Immigration</w:t>
        <w:br/>
        <w:t>Re: Standard Visitor visa application</w:t>
        <w:br/>
        <w:t>Applicant: [Ad Soyad] · Date of birth: [GG/AA/YYYY] · Passport number: [Pasaport numarası] · GWF reference: [GWF numarası]</w:t>
      </w:r>
    </w:p>
    <w:p>
      <w:r>
        <w:t>Dear Sir or Madam,</w:t>
      </w:r>
    </w:p>
    <w:p>
      <w:r>
        <w:rPr>
          <w:b/>
        </w:rPr>
        <w:t>Purpose of visit</w:t>
      </w:r>
      <w:r>
        <w:br/>
        <w:t>I am applying for a Standard Visitor visa to visit the United Kingdom from [giriş tarihi] to [çıkış tarihi] for [amaç: tourism / visiting my family / attending a business meeting / attending an event]. [Amaca göre bir cümle ekleyin: I will be visiting my [akrabalık derecesi], [Ad Soyad], who lives in [şehir] / I will attend [etkinlik ya da toplantı adı] organised by [kurum], as confirmed in the enclosed invitation letter.]</w:t>
      </w:r>
    </w:p>
    <w:p>
      <w:r>
        <w:rPr>
          <w:b/>
        </w:rPr>
        <w:t>Accommodation and itinerary</w:t>
      </w:r>
      <w:r>
        <w:br/>
        <w:t>During my stay I will be [staying at [konaklama adresi] / staying with [kişi] at [adres]]. [İsteğe bağlı: My planned itinerary is [kısa plan].]</w:t>
      </w:r>
    </w:p>
    <w:p>
      <w:r>
        <w:rPr>
          <w:b/>
        </w:rPr>
        <w:t>Employment / study and ties to Türkiye</w:t>
      </w:r>
      <w:r>
        <w:br/>
        <w:t>[Çalışan: I work as [görev] at [işveren], [şehir], and have been employed there since [tarih]. My employer has approved my leave from [tarih] to [tarih], as stated in the enclosed letter.]</w:t>
        <w:br/>
        <w:t>[Öğrenci: I am a student at [okul], enrolled in [bölüm/sınıf]. The enclosed letter from my school confirms my enrolment and my leave for these dates.]</w:t>
        <w:br/>
        <w:t>[Kendi işi olan: I own [şirket adı], registered in [şehir] since [yıl]. Company registration documents and recent invoices are enclosed.]</w:t>
        <w:br/>
        <w:t>I will return to Türkiye on [dönüş tarihi] [to resume my work / to continue my studies / because of [diğer bağ]].</w:t>
      </w:r>
    </w:p>
    <w:p>
      <w:r>
        <w:rPr>
          <w:b/>
        </w:rPr>
        <w:t>Funding</w:t>
      </w:r>
      <w:r>
        <w:br/>
        <w:t>[Kendi karşılıyorsa: I will cover the costs of this trip myself. My bank statements showing the source of my funds are enclosed.]</w:t>
        <w:br/>
        <w:t>[Sponsorlu: The costs of my trip will be covered by [sponsor Ad Soyad / kurum], my [ilişki]. Their letter, financial documents and evidence of our relationship are enclosed.]</w:t>
      </w:r>
    </w:p>
    <w:p>
      <w:r>
        <w:rPr>
          <w:b/>
        </w:rPr>
        <w:t>Previous travel</w:t>
      </w:r>
      <w:r>
        <w:br/>
        <w:t>[İsteğe bağlı: I have previously travelled to [ülkeler] and returned on time; copies of the relevant passport pages are enclosed.]</w:t>
      </w:r>
    </w:p>
    <w:p>
      <w:r>
        <w:rPr>
          <w:b/>
        </w:rPr>
        <w:t>Enclosed documents</w:t>
      </w:r>
    </w:p>
    <w:p>
      <w:pPr>
        <w:pStyle w:val="ListNumber"/>
      </w:pPr>
      <w:r>
        <w:t>[Belge adı]</w:t>
      </w:r>
    </w:p>
    <w:p>
      <w:pPr>
        <w:pStyle w:val="ListNumber"/>
      </w:pPr>
      <w:r>
        <w:t>[Belge adı]</w:t>
      </w:r>
    </w:p>
    <w:p>
      <w:pPr>
        <w:pStyle w:val="ListNumber"/>
      </w:pPr>
      <w:r>
        <w:t>[Belge adı]</w:t>
      </w:r>
    </w:p>
    <w:p>
      <w:pPr>
        <w:pStyle w:val="ListNumber"/>
      </w:pPr>
      <w:r>
        <w:t>[Belge adı]</w:t>
      </w:r>
    </w:p>
    <w:p>
      <w:r>
        <w:t>[Gerektiği kadar satır ekleyin.]</w:t>
      </w:r>
    </w:p>
    <w:p>
      <w:r>
        <w:t>Thank you for considering my application.</w:t>
      </w:r>
    </w:p>
    <w:p>
      <w:r>
        <w:t>Yours faithfully,</w:t>
      </w:r>
    </w:p>
    <w:p>
      <w:r>
        <w:t>[İmza]</w:t>
        <w:br/>
        <w:t>[Ad Soyad]</w:t>
      </w:r>
    </w:p>
    <w:p>
      <w:pPr>
        <w:jc w:val="center"/>
      </w:pPr>
      <w:r>
        <w:t>————————————————————</w:t>
      </w:r>
    </w:p>
    <w:p>
      <w:r>
        <w:t>Not: Türkçe belgelerin her biri için tam İngilizce çeviri ekleyin. GOV.UK'ye göre çeviride çevirmenin doğruluk beyanı, çeviri tarihi, tam adı, imzası ve iletişim bilgileri bulunmalı. Bu şablon bilgilendirme amaçlıdır; vize kararını yalnız UKVI verir.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52B45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2B45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2B45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İngiltere Ziyaretçi Vizesi: Cover Letter Şablonu</dc:title>
  <dc:subject/>
  <dc:creator>vizem.net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